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A6B6D" w14:textId="77777777" w:rsidR="00F77C4E" w:rsidRPr="009C29E0" w:rsidRDefault="00000000">
      <w:pPr>
        <w:pStyle w:val="Nzev"/>
        <w:jc w:val="center"/>
      </w:pPr>
      <w:r w:rsidRPr="009C29E0">
        <w:t>REKLAMAČNÍ PROTOKOL</w:t>
      </w:r>
    </w:p>
    <w:p w14:paraId="3287F5A3" w14:textId="77777777" w:rsidR="00F77C4E" w:rsidRPr="009C29E0" w:rsidRDefault="00000000">
      <w:pPr>
        <w:jc w:val="center"/>
      </w:pPr>
      <w:r w:rsidRPr="009C29E0">
        <w:rPr>
          <w:b/>
          <w:color w:val="505050"/>
          <w:sz w:val="21"/>
        </w:rPr>
        <w:t>oznámení vady a potvrzení o uplatnění a vyřízení reklamace</w:t>
      </w:r>
    </w:p>
    <w:p w14:paraId="24E73B2B" w14:textId="77777777" w:rsidR="00F77C4E" w:rsidRPr="009C29E0" w:rsidRDefault="00000000">
      <w:pPr>
        <w:pStyle w:val="DocumentNote"/>
        <w:jc w:val="center"/>
        <w:rPr>
          <w:lang w:val="cs-CZ"/>
        </w:rPr>
      </w:pPr>
      <w:r w:rsidRPr="009C29E0">
        <w:rPr>
          <w:lang w:val="cs-CZ"/>
        </w:rPr>
        <w:t>Verze zpracovaná podle právního stavu účinného ke dni 14.7.2026.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2"/>
        <w:gridCol w:w="5124"/>
      </w:tblGrid>
      <w:tr w:rsidR="00F77C4E" w:rsidRPr="009C29E0" w14:paraId="1340B100" w14:textId="77777777">
        <w:trPr>
          <w:trHeight w:val="31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55D5A900" w14:textId="77777777" w:rsidR="00F77C4E" w:rsidRPr="009C29E0" w:rsidRDefault="00000000">
            <w:r w:rsidRPr="009C29E0">
              <w:rPr>
                <w:b/>
                <w:sz w:val="17"/>
              </w:rPr>
              <w:t>Prodávající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00C150AD" w14:textId="77777777" w:rsidR="00F77C4E" w:rsidRPr="009C29E0" w:rsidRDefault="00000000">
            <w:r w:rsidRPr="009C29E0">
              <w:rPr>
                <w:sz w:val="17"/>
              </w:rPr>
              <w:t>Ondřej Zikmund, IČO 05760631, DIČ CZ9004135217</w:t>
            </w:r>
          </w:p>
        </w:tc>
      </w:tr>
      <w:tr w:rsidR="00F77C4E" w:rsidRPr="009C29E0" w14:paraId="18029333" w14:textId="77777777">
        <w:trPr>
          <w:trHeight w:val="31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33D310AA" w14:textId="77777777" w:rsidR="00F77C4E" w:rsidRPr="009C29E0" w:rsidRDefault="00000000">
            <w:r w:rsidRPr="009C29E0">
              <w:rPr>
                <w:b/>
                <w:sz w:val="17"/>
              </w:rPr>
              <w:t>Reklamace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4333098F" w14:textId="77777777" w:rsidR="00F77C4E" w:rsidRPr="009C29E0" w:rsidRDefault="00000000">
            <w:r w:rsidRPr="009C29E0">
              <w:rPr>
                <w:sz w:val="17"/>
              </w:rPr>
              <w:t>Dolní Bory 55, 594 61 Bory | klarka@ceskejmed.cz | +420 731 631 280</w:t>
            </w:r>
          </w:p>
        </w:tc>
      </w:tr>
    </w:tbl>
    <w:p w14:paraId="35D5B809" w14:textId="77777777" w:rsidR="00F77C4E" w:rsidRPr="009C29E0" w:rsidRDefault="00000000">
      <w:pPr>
        <w:pStyle w:val="DocumentNote"/>
        <w:rPr>
          <w:lang w:val="cs-CZ"/>
        </w:rPr>
      </w:pPr>
      <w:r w:rsidRPr="009C29E0">
        <w:rPr>
          <w:lang w:val="cs-CZ"/>
        </w:rPr>
        <w:t>Použití tohoto formuláře není podmínkou uplatnění reklamace. Reklamaci lze uplatnit také jiným jednoznačným způsobem. Údaje označené jako nepovinné vyplňte jen tehdy, jsou-li pro vyřízení potřebné.</w:t>
      </w:r>
    </w:p>
    <w:p w14:paraId="63020710" w14:textId="77777777" w:rsidR="00F77C4E" w:rsidRPr="009C29E0" w:rsidRDefault="00000000" w:rsidP="009C29E0">
      <w:pPr>
        <w:pStyle w:val="Nadpis1"/>
        <w:jc w:val="center"/>
      </w:pPr>
      <w:r w:rsidRPr="009C29E0">
        <w:t>A. Údaje spotřebitele a reklamované zboží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4"/>
        <w:gridCol w:w="5122"/>
      </w:tblGrid>
      <w:tr w:rsidR="00F77C4E" w:rsidRPr="009C29E0" w14:paraId="23E06833" w14:textId="77777777">
        <w:trPr>
          <w:trHeight w:val="351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5FD5C9D3" w14:textId="77777777" w:rsidR="00F77C4E" w:rsidRPr="009C29E0" w:rsidRDefault="00000000">
            <w:r w:rsidRPr="009C29E0">
              <w:rPr>
                <w:b/>
              </w:rPr>
              <w:t>Jméno a příjmení / obchodní firma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27AC9BC4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1F3855A4" w14:textId="77777777">
        <w:trPr>
          <w:trHeight w:val="351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730A36A1" w14:textId="77777777" w:rsidR="00F77C4E" w:rsidRPr="009C29E0" w:rsidRDefault="00000000">
            <w:r w:rsidRPr="009C29E0">
              <w:rPr>
                <w:b/>
              </w:rPr>
              <w:t>Adresa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69DEB0FA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378D3FAD" w14:textId="77777777">
        <w:trPr>
          <w:trHeight w:val="351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4F3A40DB" w14:textId="77777777" w:rsidR="00F77C4E" w:rsidRPr="009C29E0" w:rsidRDefault="00000000">
            <w:r w:rsidRPr="009C29E0">
              <w:rPr>
                <w:b/>
              </w:rPr>
              <w:t>E-mail nebo telefon pro informaci o vyřízení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08D6E7F4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4F59D3FF" w14:textId="77777777">
        <w:trPr>
          <w:trHeight w:val="351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40D0A6FD" w14:textId="77777777" w:rsidR="00F77C4E" w:rsidRPr="009C29E0" w:rsidRDefault="00000000">
            <w:r w:rsidRPr="009C29E0">
              <w:rPr>
                <w:b/>
              </w:rPr>
              <w:t>Číslo objednávky / dokladu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1FA31B44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7264E44F" w14:textId="77777777">
        <w:trPr>
          <w:trHeight w:val="351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4426C4BD" w14:textId="77777777" w:rsidR="00F77C4E" w:rsidRPr="009C29E0" w:rsidRDefault="00000000">
            <w:r w:rsidRPr="009C29E0">
              <w:rPr>
                <w:b/>
              </w:rPr>
              <w:t>Označení reklamovaného zboží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1E565E1B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21948B43" w14:textId="77777777">
        <w:trPr>
          <w:trHeight w:val="351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239794E0" w14:textId="77777777" w:rsidR="00F77C4E" w:rsidRPr="009C29E0" w:rsidRDefault="00000000">
            <w:r w:rsidRPr="009C29E0">
              <w:rPr>
                <w:b/>
              </w:rPr>
              <w:t>Datum převzetí zboží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093717B1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6378D1BC" w14:textId="77777777">
        <w:trPr>
          <w:trHeight w:val="351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5AAF5863" w14:textId="77777777" w:rsidR="00F77C4E" w:rsidRPr="009C29E0" w:rsidRDefault="00000000">
            <w:r w:rsidRPr="009C29E0">
              <w:rPr>
                <w:b/>
              </w:rPr>
              <w:t>Datum zjištění vady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13DEC002" w14:textId="77777777" w:rsidR="00F77C4E" w:rsidRPr="009C29E0" w:rsidRDefault="00000000">
            <w:r w:rsidRPr="009C29E0">
              <w:t xml:space="preserve"> </w:t>
            </w:r>
          </w:p>
        </w:tc>
      </w:tr>
    </w:tbl>
    <w:p w14:paraId="2D12FE4D" w14:textId="77777777" w:rsidR="00F77C4E" w:rsidRPr="009C29E0" w:rsidRDefault="00F77C4E"/>
    <w:p w14:paraId="4CB2A41E" w14:textId="77777777" w:rsidR="00F77C4E" w:rsidRPr="009C29E0" w:rsidRDefault="00000000" w:rsidP="009C29E0">
      <w:pPr>
        <w:pStyle w:val="Nadpis1"/>
        <w:jc w:val="center"/>
      </w:pPr>
      <w:r w:rsidRPr="009C29E0">
        <w:t>B. Popis vady a požadavek spotřebitele</w:t>
      </w:r>
    </w:p>
    <w:p w14:paraId="7C4EEC0F" w14:textId="77777777" w:rsidR="00F77C4E" w:rsidRPr="009C29E0" w:rsidRDefault="00000000">
      <w:r w:rsidRPr="009C29E0">
        <w:rPr>
          <w:b/>
        </w:rPr>
        <w:t>Popis, jak se vada projevuje: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46"/>
      </w:tblGrid>
      <w:tr w:rsidR="00F77C4E" w:rsidRPr="009C29E0" w14:paraId="261D3D54" w14:textId="77777777">
        <w:trPr>
          <w:trHeight w:val="369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7AC3017E" w14:textId="77777777" w:rsidR="00F77C4E" w:rsidRPr="009C29E0" w:rsidRDefault="00F77C4E"/>
        </w:tc>
      </w:tr>
      <w:tr w:rsidR="00F77C4E" w:rsidRPr="009C29E0" w14:paraId="3EC55770" w14:textId="77777777">
        <w:trPr>
          <w:trHeight w:val="369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4AC69169" w14:textId="77777777" w:rsidR="00F77C4E" w:rsidRPr="009C29E0" w:rsidRDefault="00F77C4E"/>
        </w:tc>
      </w:tr>
      <w:tr w:rsidR="00F77C4E" w:rsidRPr="009C29E0" w14:paraId="40451CE2" w14:textId="77777777">
        <w:trPr>
          <w:trHeight w:val="369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33B84BEA" w14:textId="77777777" w:rsidR="00F77C4E" w:rsidRPr="009C29E0" w:rsidRDefault="00F77C4E"/>
        </w:tc>
      </w:tr>
    </w:tbl>
    <w:p w14:paraId="3671F1E1" w14:textId="77777777" w:rsidR="00F77C4E" w:rsidRPr="009C29E0" w:rsidRDefault="00F77C4E"/>
    <w:p w14:paraId="4C590E2B" w14:textId="77777777" w:rsidR="00F77C4E" w:rsidRPr="009C29E0" w:rsidRDefault="00000000">
      <w:r w:rsidRPr="009C29E0">
        <w:rPr>
          <w:b/>
        </w:rPr>
        <w:t>Požadovaný způsob vyřízení (zvolte podle svého názoru; konečné právo se posoudí podle zákona):</w:t>
      </w:r>
    </w:p>
    <w:p w14:paraId="0F8161C3" w14:textId="77777777" w:rsidR="00F77C4E" w:rsidRPr="009C29E0" w:rsidRDefault="00000000">
      <w:pPr>
        <w:spacing w:after="0"/>
        <w:ind w:left="227"/>
      </w:pPr>
      <w:r w:rsidRPr="009C29E0">
        <w:t>☐ oprava zboží</w:t>
      </w:r>
    </w:p>
    <w:p w14:paraId="71903D05" w14:textId="77777777" w:rsidR="00F77C4E" w:rsidRPr="009C29E0" w:rsidRDefault="00000000">
      <w:pPr>
        <w:spacing w:after="0"/>
        <w:ind w:left="227"/>
      </w:pPr>
      <w:r w:rsidRPr="009C29E0">
        <w:t>☐ dodání nového zboží bez vady</w:t>
      </w:r>
    </w:p>
    <w:p w14:paraId="4581D816" w14:textId="77777777" w:rsidR="00F77C4E" w:rsidRPr="009C29E0" w:rsidRDefault="00000000">
      <w:pPr>
        <w:spacing w:after="0"/>
        <w:ind w:left="227"/>
      </w:pPr>
      <w:r w:rsidRPr="009C29E0">
        <w:t>☐ přiměřená sleva</w:t>
      </w:r>
    </w:p>
    <w:p w14:paraId="214B93CB" w14:textId="77777777" w:rsidR="00F77C4E" w:rsidRPr="009C29E0" w:rsidRDefault="00000000">
      <w:pPr>
        <w:spacing w:after="0"/>
        <w:ind w:left="227"/>
      </w:pPr>
      <w:r w:rsidRPr="009C29E0">
        <w:t>☐ odstoupení od smlouvy a vrácení kupní ceny</w:t>
      </w:r>
    </w:p>
    <w:p w14:paraId="6B719761" w14:textId="77777777" w:rsidR="00F77C4E" w:rsidRDefault="00000000">
      <w:pPr>
        <w:spacing w:after="0"/>
        <w:ind w:left="227"/>
      </w:pPr>
      <w:r w:rsidRPr="009C29E0">
        <w:t>☐ jiný požadavek: ______________________________</w:t>
      </w:r>
    </w:p>
    <w:p w14:paraId="0946EB66" w14:textId="77777777" w:rsidR="009C29E0" w:rsidRPr="009C29E0" w:rsidRDefault="009C29E0">
      <w:pPr>
        <w:spacing w:after="0"/>
        <w:ind w:left="227"/>
      </w:pPr>
    </w:p>
    <w:p w14:paraId="7FC94CC2" w14:textId="77777777" w:rsidR="00F77C4E" w:rsidRDefault="00000000">
      <w:r w:rsidRPr="009C29E0">
        <w:t xml:space="preserve">Způsob předání zboží: ☐ </w:t>
      </w:r>
      <w:proofErr w:type="gramStart"/>
      <w:r w:rsidRPr="009C29E0">
        <w:t>osobně  ☐</w:t>
      </w:r>
      <w:proofErr w:type="gramEnd"/>
      <w:r w:rsidRPr="009C29E0">
        <w:t xml:space="preserve"> zasláno </w:t>
      </w:r>
      <w:proofErr w:type="gramStart"/>
      <w:r w:rsidRPr="009C29E0">
        <w:t>zásilkou  ☐</w:t>
      </w:r>
      <w:proofErr w:type="gramEnd"/>
      <w:r w:rsidRPr="009C29E0">
        <w:t xml:space="preserve"> zboží zatím nepředáno</w:t>
      </w:r>
    </w:p>
    <w:p w14:paraId="2119F6CE" w14:textId="77777777" w:rsidR="009C29E0" w:rsidRPr="009C29E0" w:rsidRDefault="009C29E0"/>
    <w:p w14:paraId="6892BDAA" w14:textId="77777777" w:rsidR="00F77C4E" w:rsidRDefault="00000000">
      <w:r w:rsidRPr="009C29E0">
        <w:t>Přílohy / doklady (nepovinné): __________________________________________________________</w:t>
      </w:r>
    </w:p>
    <w:p w14:paraId="17AFE1C0" w14:textId="77777777" w:rsidR="009C29E0" w:rsidRDefault="009C29E0"/>
    <w:p w14:paraId="7314A372" w14:textId="77777777" w:rsidR="009C29E0" w:rsidRPr="009C29E0" w:rsidRDefault="009C29E0"/>
    <w:p w14:paraId="60830117" w14:textId="77777777" w:rsidR="00F77C4E" w:rsidRPr="009C29E0" w:rsidRDefault="00000000">
      <w:r w:rsidRPr="009C29E0">
        <w:t>Datum: ____________________    Podpis spotřebitele (u listinného podání): ______________________________</w:t>
      </w:r>
    </w:p>
    <w:p w14:paraId="1CCDC37F" w14:textId="77777777" w:rsidR="00F77C4E" w:rsidRPr="009C29E0" w:rsidRDefault="00000000">
      <w:r w:rsidRPr="009C29E0">
        <w:br w:type="page"/>
      </w:r>
    </w:p>
    <w:p w14:paraId="1CD1A772" w14:textId="77777777" w:rsidR="00F77C4E" w:rsidRPr="009C29E0" w:rsidRDefault="00000000" w:rsidP="009C29E0">
      <w:pPr>
        <w:pStyle w:val="Nadpis1"/>
        <w:jc w:val="center"/>
      </w:pPr>
      <w:r w:rsidRPr="009C29E0">
        <w:lastRenderedPageBreak/>
        <w:t>C. Potvrzení prodávajícího o uplatnění reklamace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4"/>
        <w:gridCol w:w="5122"/>
      </w:tblGrid>
      <w:tr w:rsidR="00F77C4E" w:rsidRPr="009C29E0" w14:paraId="6915D909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32117EC1" w14:textId="77777777" w:rsidR="00F77C4E" w:rsidRPr="009C29E0" w:rsidRDefault="00000000">
            <w:r w:rsidRPr="009C29E0">
              <w:rPr>
                <w:b/>
              </w:rPr>
              <w:t>Datum a čas uplatnění reklamace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643890BF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33839485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06340C75" w14:textId="77777777" w:rsidR="00F77C4E" w:rsidRPr="009C29E0" w:rsidRDefault="00000000">
            <w:r w:rsidRPr="009C29E0">
              <w:rPr>
                <w:b/>
              </w:rPr>
              <w:t>Místo / způsob uplatnění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15CEA459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57AF2F80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59E56FE8" w14:textId="77777777" w:rsidR="00F77C4E" w:rsidRPr="009C29E0" w:rsidRDefault="00000000">
            <w:r w:rsidRPr="009C29E0">
              <w:rPr>
                <w:b/>
              </w:rPr>
              <w:t>Obsah reklamace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5202FCF5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76638E74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76BE1BEF" w14:textId="77777777" w:rsidR="00F77C4E" w:rsidRPr="009C29E0" w:rsidRDefault="00000000">
            <w:r w:rsidRPr="009C29E0">
              <w:rPr>
                <w:b/>
              </w:rPr>
              <w:t>Požadovaný způsob vyřízení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7642A93D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4BA529F7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645CFDBC" w14:textId="77777777" w:rsidR="00F77C4E" w:rsidRPr="009C29E0" w:rsidRDefault="00000000">
            <w:r w:rsidRPr="009C29E0">
              <w:rPr>
                <w:b/>
              </w:rPr>
              <w:t>Kontaktní údaj spotřebitele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5E7F1067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1502271C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1A47CDD0" w14:textId="77777777" w:rsidR="00F77C4E" w:rsidRPr="009C29E0" w:rsidRDefault="00000000">
            <w:r w:rsidRPr="009C29E0">
              <w:rPr>
                <w:b/>
              </w:rPr>
              <w:t>Převzaté zboží a příslušenství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4FAF5950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21D58223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0EA316DF" w14:textId="77777777" w:rsidR="00F77C4E" w:rsidRPr="009C29E0" w:rsidRDefault="00000000">
            <w:r w:rsidRPr="009C29E0">
              <w:rPr>
                <w:b/>
              </w:rPr>
              <w:t>Stav zboží při převzetí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21B1173F" w14:textId="77777777" w:rsidR="00F77C4E" w:rsidRPr="009C29E0" w:rsidRDefault="00000000">
            <w:r w:rsidRPr="009C29E0">
              <w:t xml:space="preserve"> </w:t>
            </w:r>
          </w:p>
        </w:tc>
      </w:tr>
      <w:tr w:rsidR="00F77C4E" w:rsidRPr="009C29E0" w14:paraId="1A87F7EC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16EE3FAD" w14:textId="77777777" w:rsidR="00F77C4E" w:rsidRPr="009C29E0" w:rsidRDefault="00000000">
            <w:r w:rsidRPr="009C29E0">
              <w:rPr>
                <w:b/>
              </w:rPr>
              <w:t>Reklamaci převzal(a)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4D0D83D9" w14:textId="77777777" w:rsidR="00F77C4E" w:rsidRPr="009C29E0" w:rsidRDefault="00000000">
            <w:r w:rsidRPr="009C29E0">
              <w:t xml:space="preserve"> </w:t>
            </w:r>
          </w:p>
        </w:tc>
      </w:tr>
    </w:tbl>
    <w:p w14:paraId="7C3B550E" w14:textId="77777777" w:rsidR="009C29E0" w:rsidRDefault="009C29E0"/>
    <w:p w14:paraId="6D3ED546" w14:textId="0B3AFF3D" w:rsidR="00F77C4E" w:rsidRPr="009C29E0" w:rsidRDefault="00000000">
      <w:r w:rsidRPr="009C29E0">
        <w:t>Podpis / potvrzení prodávajícího: __________________________________________________________</w:t>
      </w:r>
    </w:p>
    <w:p w14:paraId="1E88D5A5" w14:textId="77777777" w:rsidR="00F77C4E" w:rsidRPr="009C29E0" w:rsidRDefault="00000000" w:rsidP="009C29E0">
      <w:pPr>
        <w:pStyle w:val="Nadpis1"/>
        <w:jc w:val="center"/>
      </w:pPr>
      <w:r w:rsidRPr="009C29E0">
        <w:t>D. Výsledek a potvrzení o vyřízení reklamace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3"/>
        <w:gridCol w:w="5123"/>
      </w:tblGrid>
      <w:tr w:rsidR="00F77C4E" w:rsidRPr="009C29E0" w14:paraId="56CEF653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0278CE1F" w14:textId="77777777" w:rsidR="00F77C4E" w:rsidRPr="009C29E0" w:rsidRDefault="00000000">
            <w:r w:rsidRPr="009C29E0">
              <w:rPr>
                <w:b/>
              </w:rPr>
              <w:t>Výsledek posouzení reklamace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6F88310F" w14:textId="77777777" w:rsidR="00F77C4E" w:rsidRPr="009C29E0" w:rsidRDefault="00000000">
            <w:r w:rsidRPr="009C29E0">
              <w:t xml:space="preserve">☐ </w:t>
            </w:r>
            <w:proofErr w:type="gramStart"/>
            <w:r w:rsidRPr="009C29E0">
              <w:t>uznána  ☐</w:t>
            </w:r>
            <w:proofErr w:type="gramEnd"/>
            <w:r w:rsidRPr="009C29E0">
              <w:t xml:space="preserve"> částečně </w:t>
            </w:r>
            <w:proofErr w:type="gramStart"/>
            <w:r w:rsidRPr="009C29E0">
              <w:t>uznána  ☐</w:t>
            </w:r>
            <w:proofErr w:type="gramEnd"/>
            <w:r w:rsidRPr="009C29E0">
              <w:t xml:space="preserve"> zamítnuta</w:t>
            </w:r>
          </w:p>
        </w:tc>
      </w:tr>
      <w:tr w:rsidR="00F77C4E" w:rsidRPr="009C29E0" w14:paraId="735B92DE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5CCCB1E1" w14:textId="77777777" w:rsidR="00F77C4E" w:rsidRPr="009C29E0" w:rsidRDefault="00000000">
            <w:r w:rsidRPr="009C29E0">
              <w:rPr>
                <w:b/>
              </w:rPr>
              <w:t>Způsob vyřízení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33D0FBE0" w14:textId="77777777" w:rsidR="00F77C4E" w:rsidRPr="009C29E0" w:rsidRDefault="00000000">
            <w:r w:rsidRPr="009C29E0">
              <w:t xml:space="preserve">☐ </w:t>
            </w:r>
            <w:proofErr w:type="gramStart"/>
            <w:r w:rsidRPr="009C29E0">
              <w:t>oprava  ☐</w:t>
            </w:r>
            <w:proofErr w:type="gramEnd"/>
            <w:r w:rsidRPr="009C29E0">
              <w:t xml:space="preserve"> </w:t>
            </w:r>
            <w:proofErr w:type="gramStart"/>
            <w:r w:rsidRPr="009C29E0">
              <w:t>výměna  ☐</w:t>
            </w:r>
            <w:proofErr w:type="gramEnd"/>
            <w:r w:rsidRPr="009C29E0">
              <w:t xml:space="preserve"> </w:t>
            </w:r>
            <w:proofErr w:type="gramStart"/>
            <w:r w:rsidRPr="009C29E0">
              <w:t>sleva  ☐</w:t>
            </w:r>
            <w:proofErr w:type="gramEnd"/>
            <w:r w:rsidRPr="009C29E0">
              <w:t xml:space="preserve"> vrácení kupní </w:t>
            </w:r>
            <w:proofErr w:type="gramStart"/>
            <w:r w:rsidRPr="009C29E0">
              <w:t>ceny  ☐</w:t>
            </w:r>
            <w:proofErr w:type="gramEnd"/>
            <w:r w:rsidRPr="009C29E0">
              <w:t xml:space="preserve"> jiné</w:t>
            </w:r>
          </w:p>
        </w:tc>
      </w:tr>
      <w:tr w:rsidR="00F77C4E" w:rsidRPr="009C29E0" w14:paraId="139082CE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1B1E4E54" w14:textId="77777777" w:rsidR="00F77C4E" w:rsidRPr="009C29E0" w:rsidRDefault="00000000">
            <w:r w:rsidRPr="009C29E0">
              <w:rPr>
                <w:b/>
              </w:rPr>
              <w:t>Datum vyřízení reklamace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74AFB3C5" w14:textId="77777777" w:rsidR="00F77C4E" w:rsidRPr="009C29E0" w:rsidRDefault="00F77C4E"/>
        </w:tc>
      </w:tr>
      <w:tr w:rsidR="00F77C4E" w:rsidRPr="009C29E0" w14:paraId="0E400C44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29F6E497" w14:textId="77777777" w:rsidR="00F77C4E" w:rsidRPr="009C29E0" w:rsidRDefault="00000000">
            <w:r w:rsidRPr="009C29E0">
              <w:rPr>
                <w:b/>
              </w:rPr>
              <w:t>Doba trvání opravy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7FAC40D4" w14:textId="77777777" w:rsidR="00F77C4E" w:rsidRPr="009C29E0" w:rsidRDefault="00F77C4E"/>
        </w:tc>
      </w:tr>
      <w:tr w:rsidR="00F77C4E" w:rsidRPr="009C29E0" w14:paraId="32F4F2A5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4A233AEF" w14:textId="77777777" w:rsidR="00F77C4E" w:rsidRPr="009C29E0" w:rsidRDefault="00000000">
            <w:r w:rsidRPr="009C29E0">
              <w:rPr>
                <w:b/>
              </w:rPr>
              <w:t>Datum a způsob informování spotřebitele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4498BF70" w14:textId="77777777" w:rsidR="00F77C4E" w:rsidRPr="009C29E0" w:rsidRDefault="00F77C4E"/>
        </w:tc>
      </w:tr>
      <w:tr w:rsidR="00F77C4E" w:rsidRPr="009C29E0" w14:paraId="646DDC36" w14:textId="77777777">
        <w:trPr>
          <w:trHeight w:val="482"/>
          <w:jc w:val="center"/>
        </w:trPr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shd w:val="clear" w:color="auto" w:fill="D9EAF7"/>
            <w:vAlign w:val="center"/>
          </w:tcPr>
          <w:p w14:paraId="7A0D7E4D" w14:textId="77777777" w:rsidR="00F77C4E" w:rsidRPr="009C29E0" w:rsidRDefault="00000000">
            <w:r w:rsidRPr="009C29E0">
              <w:rPr>
                <w:b/>
              </w:rPr>
              <w:t>Datum předání / odeslání zboží spotřebiteli</w:t>
            </w:r>
          </w:p>
        </w:tc>
        <w:tc>
          <w:tcPr>
            <w:tcW w:w="5128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  <w:vAlign w:val="center"/>
          </w:tcPr>
          <w:p w14:paraId="72B3526C" w14:textId="77777777" w:rsidR="00F77C4E" w:rsidRPr="009C29E0" w:rsidRDefault="00F77C4E"/>
        </w:tc>
      </w:tr>
    </w:tbl>
    <w:p w14:paraId="65A601DF" w14:textId="77777777" w:rsidR="00F77C4E" w:rsidRPr="009C29E0" w:rsidRDefault="00F77C4E"/>
    <w:p w14:paraId="2CA2A453" w14:textId="77777777" w:rsidR="00F77C4E" w:rsidRPr="009C29E0" w:rsidRDefault="00000000">
      <w:r w:rsidRPr="009C29E0">
        <w:rPr>
          <w:b/>
        </w:rPr>
        <w:t>Popis provedené opravy / odůvodnění způsobu vyřízení / písemné odůvodnění zamítnutí: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46"/>
      </w:tblGrid>
      <w:tr w:rsidR="00F77C4E" w:rsidRPr="009C29E0" w14:paraId="2DBD396E" w14:textId="77777777">
        <w:trPr>
          <w:trHeight w:val="454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7686D599" w14:textId="77777777" w:rsidR="00F77C4E" w:rsidRPr="009C29E0" w:rsidRDefault="00F77C4E"/>
        </w:tc>
      </w:tr>
      <w:tr w:rsidR="00F77C4E" w:rsidRPr="009C29E0" w14:paraId="733AAA97" w14:textId="77777777">
        <w:trPr>
          <w:trHeight w:val="454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4F510BB3" w14:textId="77777777" w:rsidR="00F77C4E" w:rsidRPr="009C29E0" w:rsidRDefault="00F77C4E"/>
        </w:tc>
      </w:tr>
      <w:tr w:rsidR="00F77C4E" w:rsidRPr="009C29E0" w14:paraId="5DBD5C1C" w14:textId="77777777">
        <w:trPr>
          <w:trHeight w:val="454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2CAF5785" w14:textId="77777777" w:rsidR="00F77C4E" w:rsidRPr="009C29E0" w:rsidRDefault="00F77C4E"/>
        </w:tc>
      </w:tr>
      <w:tr w:rsidR="00F77C4E" w:rsidRPr="009C29E0" w14:paraId="06B90D90" w14:textId="77777777">
        <w:trPr>
          <w:trHeight w:val="454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4483935C" w14:textId="77777777" w:rsidR="00F77C4E" w:rsidRPr="009C29E0" w:rsidRDefault="00F77C4E"/>
        </w:tc>
      </w:tr>
      <w:tr w:rsidR="00F77C4E" w:rsidRPr="009C29E0" w14:paraId="24C845AC" w14:textId="77777777">
        <w:trPr>
          <w:trHeight w:val="454"/>
          <w:jc w:val="center"/>
        </w:trPr>
        <w:tc>
          <w:tcPr>
            <w:tcW w:w="10256" w:type="dxa"/>
            <w:tcBorders>
              <w:top w:val="single" w:sz="4" w:space="0" w:color="AAB7C4"/>
              <w:left w:val="single" w:sz="4" w:space="0" w:color="AAB7C4"/>
              <w:bottom w:val="single" w:sz="4" w:space="0" w:color="AAB7C4"/>
              <w:right w:val="single" w:sz="4" w:space="0" w:color="AAB7C4"/>
            </w:tcBorders>
          </w:tcPr>
          <w:p w14:paraId="0449F853" w14:textId="77777777" w:rsidR="00F77C4E" w:rsidRPr="009C29E0" w:rsidRDefault="00F77C4E"/>
        </w:tc>
      </w:tr>
    </w:tbl>
    <w:p w14:paraId="2C0E1AB5" w14:textId="77777777" w:rsidR="009C29E0" w:rsidRDefault="009C29E0"/>
    <w:p w14:paraId="32258FD5" w14:textId="1D3241AC" w:rsidR="00F77C4E" w:rsidRDefault="00000000">
      <w:r w:rsidRPr="009C29E0">
        <w:t>Vyřídil(a): ______________________________    Datum: ____________________</w:t>
      </w:r>
    </w:p>
    <w:p w14:paraId="2CCF0652" w14:textId="77777777" w:rsidR="009C29E0" w:rsidRPr="009C29E0" w:rsidRDefault="009C29E0"/>
    <w:p w14:paraId="660BA8A1" w14:textId="77777777" w:rsidR="00F77C4E" w:rsidRPr="009C29E0" w:rsidRDefault="00000000">
      <w:r w:rsidRPr="009C29E0">
        <w:t>Podpis / potvrzení prodávajícího: __________________________________________________________</w:t>
      </w:r>
    </w:p>
    <w:p w14:paraId="4D22E08E" w14:textId="77777777" w:rsidR="009C29E0" w:rsidRDefault="009C29E0"/>
    <w:p w14:paraId="685128EA" w14:textId="34236693" w:rsidR="00F77C4E" w:rsidRPr="009C29E0" w:rsidRDefault="00000000">
      <w:r w:rsidRPr="009C29E0">
        <w:t>Potvrzení o převzetí vyřízené reklamace spotřebitelem (je-li předáváno osobně):</w:t>
      </w:r>
    </w:p>
    <w:p w14:paraId="783C17FB" w14:textId="77777777" w:rsidR="009C29E0" w:rsidRDefault="009C29E0"/>
    <w:p w14:paraId="0C9B7F97" w14:textId="4E0D888B" w:rsidR="00F77C4E" w:rsidRDefault="00000000">
      <w:r w:rsidRPr="009C29E0">
        <w:t>Datum: ____________________    Podpis spotřebitele: __________________________________________</w:t>
      </w:r>
    </w:p>
    <w:sectPr w:rsidR="00F77C4E" w:rsidSect="00034616">
      <w:headerReference w:type="default" r:id="rId8"/>
      <w:footerReference w:type="default" r:id="rId9"/>
      <w:pgSz w:w="12240" w:h="15840"/>
      <w:pgMar w:top="822" w:right="992" w:bottom="822" w:left="992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2E1C" w14:textId="77777777" w:rsidR="00401DC0" w:rsidRPr="009C29E0" w:rsidRDefault="00401DC0">
      <w:pPr>
        <w:spacing w:after="0"/>
      </w:pPr>
      <w:r w:rsidRPr="009C29E0">
        <w:separator/>
      </w:r>
    </w:p>
  </w:endnote>
  <w:endnote w:type="continuationSeparator" w:id="0">
    <w:p w14:paraId="57170328" w14:textId="77777777" w:rsidR="00401DC0" w:rsidRPr="009C29E0" w:rsidRDefault="00401DC0">
      <w:pPr>
        <w:spacing w:after="0"/>
      </w:pPr>
      <w:r w:rsidRPr="009C29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435D" w14:textId="3A7383D3" w:rsidR="00F77C4E" w:rsidRPr="009C29E0" w:rsidRDefault="00000000">
    <w:pPr>
      <w:pStyle w:val="Zpat"/>
      <w:jc w:val="center"/>
    </w:pPr>
    <w:r w:rsidRPr="009C29E0">
      <w:fldChar w:fldCharType="begin"/>
    </w:r>
    <w:r w:rsidRPr="009C29E0">
      <w:instrText xml:space="preserve"> PAGE </w:instrText>
    </w:r>
    <w:r w:rsidR="009C29E0" w:rsidRPr="009C29E0">
      <w:fldChar w:fldCharType="separate"/>
    </w:r>
    <w:r w:rsidR="009C29E0" w:rsidRPr="009C29E0">
      <w:t>1</w:t>
    </w:r>
    <w:r w:rsidRPr="009C29E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5768C" w14:textId="77777777" w:rsidR="00401DC0" w:rsidRPr="009C29E0" w:rsidRDefault="00401DC0">
      <w:pPr>
        <w:spacing w:after="0"/>
      </w:pPr>
      <w:r w:rsidRPr="009C29E0">
        <w:separator/>
      </w:r>
    </w:p>
  </w:footnote>
  <w:footnote w:type="continuationSeparator" w:id="0">
    <w:p w14:paraId="1640623F" w14:textId="77777777" w:rsidR="00401DC0" w:rsidRPr="009C29E0" w:rsidRDefault="00401DC0">
      <w:pPr>
        <w:spacing w:after="0"/>
      </w:pPr>
      <w:r w:rsidRPr="009C29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CC16" w14:textId="5703030B" w:rsidR="00F77C4E" w:rsidRPr="009C29E0" w:rsidRDefault="00000000">
    <w:pPr>
      <w:pStyle w:val="Zhlav"/>
      <w:jc w:val="right"/>
    </w:pPr>
    <w:r w:rsidRPr="009C29E0">
      <w:rPr>
        <w:color w:val="6E6E6E"/>
        <w:sz w:val="16"/>
      </w:rPr>
      <w:t xml:space="preserve">ČESKEJ Med | </w:t>
    </w:r>
    <w:r w:rsidR="009C29E0" w:rsidRPr="009C29E0">
      <w:rPr>
        <w:color w:val="6E6E6E"/>
        <w:sz w:val="16"/>
      </w:rPr>
      <w:t>reklamační protokol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8596846">
    <w:abstractNumId w:val="8"/>
  </w:num>
  <w:num w:numId="2" w16cid:durableId="530193146">
    <w:abstractNumId w:val="6"/>
  </w:num>
  <w:num w:numId="3" w16cid:durableId="1971014352">
    <w:abstractNumId w:val="5"/>
  </w:num>
  <w:num w:numId="4" w16cid:durableId="218638649">
    <w:abstractNumId w:val="4"/>
  </w:num>
  <w:num w:numId="5" w16cid:durableId="266813094">
    <w:abstractNumId w:val="7"/>
  </w:num>
  <w:num w:numId="6" w16cid:durableId="1787314762">
    <w:abstractNumId w:val="3"/>
  </w:num>
  <w:num w:numId="7" w16cid:durableId="1565723209">
    <w:abstractNumId w:val="2"/>
  </w:num>
  <w:num w:numId="8" w16cid:durableId="268659644">
    <w:abstractNumId w:val="1"/>
  </w:num>
  <w:num w:numId="9" w16cid:durableId="149972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1DC0"/>
    <w:rsid w:val="009C29E0"/>
    <w:rsid w:val="00A2478F"/>
    <w:rsid w:val="00AA1D8D"/>
    <w:rsid w:val="00B47730"/>
    <w:rsid w:val="00CB0664"/>
    <w:rsid w:val="00F77C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2FDE1"/>
  <w14:defaultImageDpi w14:val="300"/>
  <w15:docId w15:val="{AB7E2013-BAAD-46E3-A793-488DB3FA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60" w:line="240" w:lineRule="auto"/>
    </w:pPr>
    <w:rPr>
      <w:rFonts w:ascii="Arial" w:eastAsia="Arial" w:hAnsi="Arial"/>
      <w:sz w:val="19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244062"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color w:val="000000"/>
      <w:sz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keepNext/>
      <w:pBdr>
        <w:bottom w:val="single" w:sz="8" w:space="4" w:color="4F81BD" w:themeColor="accent1"/>
      </w:pBdr>
      <w:spacing w:after="120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Note">
    <w:name w:val="Document Note"/>
    <w:pPr>
      <w:spacing w:after="80"/>
    </w:pPr>
    <w:rPr>
      <w:rFonts w:ascii="Arial" w:eastAsia="Arial" w:hAnsi="Arial"/>
      <w:i/>
      <w:color w:val="5A5A5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03_CeskejMed_Reklamacni_protokol_2026</dc:title>
  <dc:subject>Aktualizovaná právní dokumentace e-shopu ČESKEJ Med</dc:subject>
  <dc:creator>MORAK – právní revize</dc:creator>
  <cp:keywords>e-shop, obchodní podmínky, spotřebitel, reklamace, GDPR</cp:keywords>
  <dc:description>Zpracováno podle právního stavu k 14.7.2026.</dc:description>
  <cp:lastModifiedBy>David Rudzki</cp:lastModifiedBy>
  <cp:revision>2</cp:revision>
  <dcterms:created xsi:type="dcterms:W3CDTF">2026-07-14T16:24:00Z</dcterms:created>
  <dcterms:modified xsi:type="dcterms:W3CDTF">2026-07-14T16:24:00Z</dcterms:modified>
  <cp:category/>
</cp:coreProperties>
</file>